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IBM Plex Sans Arabic" w:hAnsi="IBM Plex Sans Arabic"/>
          <w:b w:val="0"/>
          <w:color w:val="55657A"/>
          <w:sz w:val="20"/>
        </w:rPr>
        <w:t>ﺕﺎﻴﺠﻣﺮﺒﻠﻟ ﺔﺒﺨﻨﻟﺍ ﺔﻟﺎﻛﻭ — ﺔﺌﺒﻌﺘﻠﻟ ﺰﻫﺎﺟ ﻲﻠﻤﻋ ﺐﻟﺎﻗ</w:t>
      </w:r>
    </w:p>
    <w:p>
      <w:pPr>
        <w:spacing w:after="80"/>
        <w:jc w:val="center"/>
      </w:pPr>
      <w:r>
        <w:rPr>
          <w:rFonts w:ascii="IBM Plex Sans Arabic" w:hAnsi="IBM Plex Sans Arabic"/>
          <w:b/>
          <w:color w:val="0B1220"/>
          <w:sz w:val="40"/>
        </w:rPr>
        <w:t>ﻲﺠﻣﺮﺑ ﻉﻭﺮﺸﻤﻟ (RFP) ﺽﺮﻋ ﺐﻠﻃ ﺔﻘﻴﺛﻭ</w:t>
      </w:r>
    </w:p>
    <w:p>
      <w:pPr>
        <w:spacing w:after="240"/>
        <w:jc w:val="right"/>
      </w:pPr>
      <w:r>
        <w:rPr>
          <w:rFonts w:ascii="IBM Plex Sans Arabic" w:hAnsi="IBM Plex Sans Arabic"/>
          <w:b w:val="0"/>
          <w:color w:val="55657A"/>
          <w:sz w:val="21"/>
        </w:rPr>
        <w:t>.ﻊﻳﺭﺎﺸﻤﻟﺍ ﻲﻓ ﺔﻠﻜﺸﻣ ﻰﻠﻏﺃ ﺐﻨﺠﺘﻟ ﺓﺍﺩﺃ ﺺﺧﺭﺃ ﻮﻫﻭ — ﺬﻴﻔﻨﺘﻟﺍ ﺀﺪﺑ ﻞﺒﻗ ﻢﻬﻔﻟﺍ ﺀﻮﺳ ﻊﻨﻤﻴﻟ ﺏﻮﺘﻜﻣ ﻢﺴﻗ ﻞﻛ .ﺔﺤﺿﺍﻭ ﺔﻘﻳﺮﻄﺑ ﺔﺠﻣﺮﺑ ﺔﻛﺮﺷ ﻦﻣ ﺽﺮﻋ ﺐﻠﻃ ﻰﻠﻋ ﻙﺪﻋﺎﺴﺗ ﺔﻘﻴﺛﻮﻟﺍ ﻩﺬﻫ</w:t>
      </w:r>
    </w:p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ﺓﺄﺸﻨﻤﻟﺍ ﺕﺎﻣﻮﻠﻌﻣ .1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ﺓﺄﺸﻨﻤﻟﺍ ﻢﺳﺍ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ﻉﺎﻄﻘﻟﺍﻭ ﻁﺎﺸﻨﻟﺍ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ﺔﻟﻭﺪﻟﺍ / ﺔﻨﻳﺪﻤﻟﺍ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ﻪﺘﻴﺣﻼﺻﻭ ﻉﻭﺮﺸﻤﻟﺍ ﻦﻋ ﻝﻭﺆﺴﻤﻟﺍ ﻢﺳﺍ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؟ﺕﺍﺭﺍﺮﻘﻟﺍ ﺩﺎﻤﺘﻋﺍ ﻚﻠﻤﻳ ﻦﻣ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ﻞﺻﺍﻮﺘﻟﺍ ﺕﺎﻧﺎﻴﺑ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؟ﻡﻮﻴﻟﺍ ﺙﺪﺤﻳ ﺍﺫﺎﻣ :ﺔﻠﻜﺸﻤﻟﺍ .2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ﻲﻟﺎﺤﻟﺍ ﻊﺿﻮﻟﺍ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؟ﻂﺒﻀﻟﺎﺑ ﻡﻮﻴﻟﺍ ﺔﻴﻠﻤﻌﻟﺍ ﻢﺘﺗ ﻒﻴﻛ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ﺔﻠﻜﺸﻤﻟﺎﺑ ﺮﺛﺄﺘﻳ ﻦﻣ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ﻞﻤﻌﻟﺍ ﻰﻠﻋ ﺔﻠﻜﺸﻤﻟﺍ ﺮﺛﺃ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ﻥﻭﺮﻈﺘﻨﻳ ﺀﻼﻤﻋ / ﺀﺎﻄﺧﺃ / ﻊﺋﺎﺿ ﺖﻗﻭ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ﻞﺒﻗ ﻦﻣ ﻩﻮﻤﺘﺑﺮﺟ ﺎﻣ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؟ﺡﺎﺠﻨﻟﺍ ﻲﻨﻌﻳ ﺍﺫﺎﻣ :ﻑﺪﻬﻟﺍ .3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ﺮﻬﺷﺃ 3 ﺪﻌﺑ ﺔﺑﻮﻠﻄﻤﻟﺍ ﺔﺠﻴﺘﻨﻟﺍ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ﺡﺎﺠﻨﻟﺍ ﺱﺎﻴﻘﻟ ﺢﺿﺍﻭ ﺮﺷﺆﻣ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ﻥﻵﺍ ﺎﻓﺪﻫ ﺲﻴﻟ ﺎﻣ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ﻝﻮﻤﺸﻤﻟﺍ — ﻕﺎﻄﻨﻟﺍ .4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1 ﺓﺰﻴﻤﻟﺍ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ﺎﻬﻣﺪﺨﺘﺴﻳ ﻦﻣ + ﺮﻄﺳ ﻦﻣ ﻒﺻﻭ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2 ﺓﺰﻴﻤﻟﺍ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3 ﺓﺰﻴﻤﻟﺍ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4 ﺓﺰﻴﻤﻟﺍ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5 ﺓﺰﻴﻤﻟﺍ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(ﺍﺪﺟ ﻢﻬﻣ) ﻝﻮﻤﺸﻤﻟﺍ ﺮﻴﻏ — ﻕﺎﻄﻨﻟﺍ .5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1 ﻕﺎﻄﻨﻟﺍ ﺝﺭﺎﺧ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2 ﻕﺎﻄﻨﻟﺍ ﺝﺭﺎﺧ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3 ﻕﺎﻄﻨﻟﺍ ﺝﺭﺎﺧ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ﺔﻴﻨﻘﺘﻟﺍﻭ ﺔﻴﻣﺎﻈﻨﻟﺍ ﺕﺎﺒﻠﻄﺘﻤﻟﺍ .6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(ZATCA) ﺔﻴﻧﻭﺮﺘﻜﻟﻹﺍ ﺓﺮﺗﻮﻔﻟﺍ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ﺪﻛﺄﺘﻣ ﺮﻴﻏ / ﻻ / ﻢﻌﻧ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ﺔﺑﻮﻠﻄﻤﻟﺍ ﻊﻓﺪﻟﺍ ﺕﺎﺑﺍﻮﺑ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…Apple Pay، STC Pay ،ﻯﺪﻣ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ﺎﻬﻌﻣ ﻂﺑﺮﻟﺍ ﺐﺠﻳ ﺔﻤﺋﺎﻗ ﺔﻤﻈﻧﺃ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…ERP ،ﻥﻭﺰﺨﻣ ،ﺔﺒﺳﺎﺤﻣ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ﺔﻧﺰﺨﻤﻟﺍ ﺕﺎﻧﺎﻴﺒﻟﺍ ﺔﻌﻴﺒﻃ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ﻯﺮﺧﺃ / ﺔﻴﺒﻃ ﺕﺎﻧﺎﻴﺑ / ﺀﻼﻤﻋ ﺕﺎﻧﺎﻴﺑ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ﺕﺎﻴﺣﻼﺼﻟﺍﻭ ﻦﻴﻣﺪﺨﺘﺴﻤﻟﺍ ﺩﺪﻋ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ﺔﻬﺟﺍﻮﻟﺍ ﺕﺎﻐﻟ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ﻲﻨﻣﺰﻟﺍ ﻝﻭﺪﺠﻟﺍﻭ ﻞﺣﺍﺮﻤﻟﺍ .7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ﺏﻮﻠﻄﻤﻟﺍ ﺀﺪﺒﻟﺍ ﺦﻳﺭﺎﺗ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ﻑﺪﻬﺘﺴﻤﻟﺍ ﻕﻼﻃﻹﺍ ﺦﻳﺭﺎﺗ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؟ﻢﺳﻮﻣ ﻭﺃ ﺙﺪﺤﺑ ﻂﺒﺗﺮﻣ ﻝﻭﺪﺠﻟﺍ ﻞﻫ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ﺕﺎﻋﺎﻤﺘﺟﻼﻟ ﻚﻘﻳﺮﻓ ﺮﻓﻮﺗ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ﺔﻴﻧﺍﺰﻴﻤﻟﺍ .8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ﺡﺎﺘﻤﻟﺍ ﻕﺎﻄﻨﻟﺍ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ﻕﺎﻄﻨﻟﺍ ﺮﻛﺫﺍ — ﻖﻴﻗﺩ ﻢﻗﺭ ﻥﻭﺪﺑ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ﺔﻠﻀﻔﻤﻟﺍ ﻊﻓﺪﻟﺍ ﺔﻴﻟﺁ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ﻢﻴﻠﺴﺘﻟﺍ ﻞﺣﺍﺮﻤﺑ ﺔﻄﺒﺗﺮﻣ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ﻢﻴﻠﺴﺘﻟﺍ ﺪﻌﺑ ﺎﻣ .9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ﺔﺑﻮﻠﻄﻤﻟﺍ ﻥﺎﻤﻀﻟﺍ ﺓﺮﺘﻓ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ﻢﻋﺪﻠﻟ ﺏﻮﻠﻄﻤﻟﺍ ﺔﺑﺎﺠﺘﺳﻻﺍ ﻦﻣﺯ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ﻖﻴﺛﻮﺘﻟﺍﻭ ﺐﻳﺭﺪﺘﻟﺍ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؟ﻡﺎﻈﻨﻟﺍ ﻒﻴﻀﺘﺴﻳ ﻦﻣ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ﺕﺎﺑﺎﺴﺤﻟﺍﻭ ﺩﻮﻜﻟﺍ ﺔﻴﻜﻠﻣ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ﺓﺄﺸﻨﻤﻟﺍ ﻢﺳﺎﺑ ﻥﻮﻜﺗ ﻥﺃ ﺐﺠﻳ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ﻢﻳﺪﻗ ﻡﺎﻈﻧ ﻦﻣ ﺕﺎﻧﺎﻴﺑ ﻞﻴﺣﺮﺗ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ﻻ / ﻢﻌﻧ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ﻢﻴﻴﻘﺘﻟﺍ ﺮﻴﻳﺎﻌﻣ .10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؟ﺽﻭﺮﻌﻟﺍ ﻥﺭﺎﻘﺘﺳ ﻒﻴﻛ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ﻩﺪﺣﻭ ﺮﻌﺴﻟﺍ ﻻ — ﻢﻋﺪﻟﺍ / ﺓﺪﻤﻟﺍ / ﻕﺎﻄﻨﻟﺍ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ﺽﻭﺮﻌﻟﺍ ﻡﻼﺘﺳﺍ ﻕﻼﻏﺇ ﺪﻋﻮﻣ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 xml:space="preserve"> </w:t>
            </w:r>
          </w:p>
        </w:tc>
      </w:tr>
      <w:tr>
        <w:tc>
          <w:tcPr>
            <w:tcW w:type="dxa" w:w="3685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ﺔﺣﻮﻤﺴﻤﻟﺍ ﺩﺮﻟﺍ ﺓﺪﻣ</w:t>
            </w:r>
          </w:p>
        </w:tc>
        <w:tc>
          <w:tcPr>
            <w:tcW w:type="dxa" w:w="5669"/>
          </w:tcPr>
          <w:p>
            <w:pPr>
              <w:jc w:val="right"/>
            </w:pPr>
            <w:r>
              <w:rPr>
                <w:rFonts w:ascii="IBM Plex Sans Arabic" w:hAnsi="IBM Plex Sans Arabic"/>
                <w:sz w:val="20"/>
              </w:rPr>
              <w:t>ﻦﻴﻋﻮﺒﺳﺃ ﻰﻟﺇ ﻉﻮﺒﺳﺃ</w:t>
            </w:r>
          </w:p>
        </w:tc>
      </w:tr>
    </w:tbl>
    <w:p/>
    <w:p>
      <w:pPr>
        <w:spacing w:after="80"/>
        <w:jc w:val="right"/>
      </w:pPr>
      <w:r>
        <w:rPr>
          <w:rFonts w:ascii="IBM Plex Sans Arabic" w:hAnsi="IBM Plex Sans Arabic"/>
          <w:b/>
          <w:color w:val="C9A24B"/>
          <w:sz w:val="26"/>
        </w:rPr>
        <w:t>ﻝﺎﺳﺭﻹﺍ ﻞﺒﻗ ﺔﻌﺟﺍﺮﻣ ﺔﻤﺋﺎﻗ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ﺓﺰﻴﻤﻛ ﻻ ﻞﻤﻌﻟﺍ ﻰﻠﻋ ﺮﺛﺄﻛ ﺔﺑﻮﺘﻜﻣ ﺔﻠﻜﺸﻤﻟﺍ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ﺢﺿﺍﻭﻭ ﻢﻗﺮﻣ ﻕﺎﻄﻨﻟﺍ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ﺔﺣﺍﺮﺻ ﺏﻮﺘﻜﻣ «ﻝﻮﻤﺸﻤﻟﺍ ﺮﻴﻏ»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ﺓﺭﻮﻛﺬﻣ (ﺕﺎﻧﺎﻴﺑ ،ﺓﺮﺗﻮﻓ) ﺔﻴﻣﺎﻈﻨﻟﺍ ﺕﺎﺒﻠﻄﺘﻤﻟﺍ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ﺓﺩﺪﺤﻣ ﻝﻮﺒﻘﻟﺍ ﺮﻴﻳﺎﻌﻣﻭ ﻞﺣﺍﺮﻤﻟﺍ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ﻲﻌﻗﺍﻭ ﻲﻨﻣﺰﻟﺍ ﻝﻭﺪﺠﻟﺍ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ﻡﻮﻠﻌﻣ ﺎﻬﻗﺎﻄﻧ ﻭﺃ ﺔﻴﻧﺍﺰﻴﻤﻟﺍ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ﺔﺑﻮﻠﻄﻣ ﻖﻴﺛﻮﺘﻟﺍﻭ ﺔﻴﻜﻠﻤﻟﺍﻭ ﻢﻋﺪﻟﺍ  ☐</w:t>
      </w:r>
    </w:p>
    <w:p>
      <w:pPr>
        <w:spacing w:after="60"/>
        <w:jc w:val="right"/>
      </w:pPr>
      <w:r>
        <w:rPr>
          <w:rFonts w:ascii="IBM Plex Sans Arabic" w:hAnsi="IBM Plex Sans Arabic"/>
          <w:b w:val="0"/>
          <w:color w:val="0B1220"/>
          <w:sz w:val="21"/>
        </w:rPr>
        <w:t>ﻦﻳﺩﻭﺰﻤﻠﻟ ﺔﻨﻠﻌﻣ ﻢﻴﻴﻘﺘﻟﺍ ﺮﻴﻳﺎﻌﻣ  ☐</w:t>
      </w:r>
    </w:p>
    <w:p/>
    <w:p>
      <w:pPr>
        <w:spacing w:after="0"/>
        <w:jc w:val="center"/>
      </w:pPr>
      <w:r>
        <w:rPr>
          <w:rFonts w:ascii="IBM Plex Sans Arabic" w:hAnsi="IBM Plex Sans Arabic"/>
          <w:b w:val="0"/>
          <w:color w:val="55657A"/>
          <w:sz w:val="17"/>
        </w:rPr>
        <w:t>ﺭﺪﺼﻤﻟﺍ ﺮﻛﺫ ﻊﻣ ﺎﻧﺎﺠﻣ ﻡﺪﺨﺘﺴﻳ — nukhba.agency — ﺕﺎﻴﺠﻣﺮﺒﻠﻟ ﺔﺒﺨﻨﻟﺍ ﺔﻟﺎﻛﻭ ﻖﻳﺮﻓ ﻩﺪﻋﺃ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ans Arabic" w:hAnsi="IBM Plex Sans Arabic" w:cs="IBM Plex Sans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